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shd w:val="clear" w:color="auto" w:fill="7c3aed"/>
      </w:pPr>
      <w:r>
        <w:rPr>
          <w:b/>
          <w:color w:val="FFFFFF"/>
          <w:sz w:val="16"/>
        </w:rPr>
        <w:t xml:space="preserve">  IDEAPROOF  ·  FREE BUSINESS PLAN TEMPLATE 2026</w:t>
      </w:r>
    </w:p>
    <w:p>
      <w:r>
        <w:rPr>
          <w:b/>
          <w:color w:val="0F172A"/>
          <w:sz w:val="44"/>
        </w:rPr>
        <w:t>Business Plan</w:t>
      </w:r>
    </w:p>
    <w:p>
      <w:r>
        <w:rPr>
          <w:i/>
          <w:color w:val="64748B"/>
          <w:sz w:val="20"/>
        </w:rPr>
        <w:t>Standard 9-section format — built for banks, SBA loans, and traditional investors. 2026 edition.</w:t>
      </w:r>
    </w:p>
    <w:p/>
    <w:p>
      <w:r>
        <w:t>Company name:  __________________________________________</w:t>
      </w:r>
    </w:p>
    <w:p>
      <w:r>
        <w:t>Prepared by:  ____________________________   Date:  ______________</w:t>
      </w:r>
    </w:p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1. Executive Summary</w:t>
      </w:r>
    </w:p>
    <w:p>
      <w:r>
        <w:rPr>
          <w:i/>
          <w:color w:val="64748B"/>
        </w:rPr>
        <w:t>A 1-page snapshot written LAST. Include: mission, product/service, target market, competitive advantage, financial highlights, and the funding ask (if any).</w:t>
      </w:r>
    </w:p>
    <w:p>
      <w:pPr>
        <w:spacing w:before="160" w:after="40"/>
      </w:pPr>
      <w:r>
        <w:rPr>
          <w:b/>
          <w:color w:val="0F172A"/>
          <w:sz w:val="22"/>
        </w:rPr>
        <w:t>Mission statement</w:t>
      </w:r>
    </w:p>
    <w:p>
      <w:r>
        <w:rPr>
          <w:i/>
          <w:color w:val="64748B"/>
        </w:rPr>
        <w:t>[One sentence describing why your company exists.]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Company overview</w:t>
      </w:r>
    </w:p>
    <w:p>
      <w:r>
        <w:rPr>
          <w:i/>
          <w:color w:val="64748B"/>
        </w:rPr>
        <w:t>[Legal structure, location, founding date, current stage (idea, MVP, revenue, scale).]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Product/service summary</w:t>
      </w:r>
    </w:p>
    <w:p>
      <w:r>
        <w:rPr>
          <w:i/>
          <w:color w:val="64748B"/>
        </w:rPr>
        <w:t>[What you sell and the core benefit to the customer.]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Target market</w:t>
      </w:r>
    </w:p>
    <w:p>
      <w:r>
        <w:rPr>
          <w:i/>
          <w:color w:val="64748B"/>
        </w:rPr>
        <w:t>[Who you serve and approximate market size.]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Competitive advantage</w:t>
      </w:r>
    </w:p>
    <w:p>
      <w:r>
        <w:rPr>
          <w:i/>
          <w:color w:val="64748B"/>
        </w:rPr>
        <w:t>[Why you win vs. the next-best alternative.]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Financial snapshot</w:t>
      </w:r>
    </w:p>
    <w:p>
      <w:r>
        <w:rPr>
          <w:i/>
          <w:color w:val="64748B"/>
        </w:rPr>
        <w:t>[Current revenue (if any), 3-year projection, capital required, expected use of funds.]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2. Company Description</w:t>
      </w:r>
    </w:p>
    <w:p>
      <w:r>
        <w:rPr>
          <w:i/>
          <w:color w:val="64748B"/>
        </w:rPr>
        <w:t>Detail of the legal entity, ownership, history, mission, and the specific problem you solve.</w:t>
      </w:r>
    </w:p>
    <w:p>
      <w:pPr>
        <w:spacing w:before="160" w:after="40"/>
      </w:pPr>
      <w:r>
        <w:rPr>
          <w:b/>
          <w:color w:val="0F172A"/>
          <w:sz w:val="22"/>
        </w:rPr>
        <w:t>Legal structure &amp; ownership</w:t>
      </w:r>
    </w:p>
    <w:p>
      <w:r>
        <w:rPr>
          <w:i/>
          <w:color w:val="64748B"/>
        </w:rPr>
        <w:t>[LLC / C-Corp / S-Corp / Sole Prop · jurisdiction · cap table summary.]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History &amp; milestones</w:t>
      </w:r>
    </w:p>
    <w:p>
      <w:r>
        <w:rPr>
          <w:i/>
          <w:color w:val="64748B"/>
        </w:rPr>
        <w:t>[Founding story + 3-5 key milestones to date.]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Mission, vision, values</w:t>
      </w:r>
    </w:p>
    <w:p>
      <w:r>
        <w:rPr>
          <w:i/>
          <w:color w:val="64748B"/>
        </w:rPr>
        <w:t>[Mission (now), vision (10 years), values (3-5 principles).]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Problem you solve</w:t>
      </w:r>
    </w:p>
    <w:p>
      <w:r>
        <w:rPr>
          <w:i/>
          <w:color w:val="64748B"/>
        </w:rPr>
        <w:t>[Quantified pain point. Who has it. Cost of NOT solving it.]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Objectives (next 12-24 months)</w:t>
      </w:r>
    </w:p>
    <w:p>
      <w:r>
        <w:rPr>
          <w:i/>
          <w:color w:val="64748B"/>
        </w:rPr>
        <w:t>[3-5 SMART objectives tied to revenue, customers, or product milestones.]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3. Market Analysis</w:t>
      </w:r>
    </w:p>
    <w:p>
      <w:r>
        <w:rPr>
          <w:i/>
          <w:color w:val="64748B"/>
        </w:rPr>
        <w:t>Evidence that a real market exists, who's in it, and how it's changing.</w:t>
      </w:r>
    </w:p>
    <w:p>
      <w:pPr>
        <w:spacing w:before="160" w:after="40"/>
      </w:pPr>
      <w:r>
        <w:rPr>
          <w:b/>
          <w:color w:val="0F172A"/>
          <w:sz w:val="22"/>
        </w:rPr>
        <w:t>Industry overview</w:t>
      </w:r>
    </w:p>
    <w:p>
      <w:r>
        <w:rPr>
          <w:i/>
          <w:color w:val="64748B"/>
        </w:rPr>
        <w:t>[Size (TAM), growth rate, key trends shaping it in 2026.]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Target market &amp; ICP</w:t>
      </w:r>
    </w:p>
    <w:p>
      <w:r>
        <w:rPr>
          <w:i/>
          <w:color w:val="64748B"/>
        </w:rPr>
        <w:t>[Demographics, firmographics, behavior, buying triggers. Estimate SAM and SOM.]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Customer needs &amp; pain points</w:t>
      </w:r>
    </w:p>
    <w:p>
      <w:r>
        <w:rPr>
          <w:i/>
          <w:color w:val="64748B"/>
        </w:rPr>
        <w:t>[Top 3 jobs-to-be-done. Evidence from interviews, surveys, or data.]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Competitive landscape</w:t>
      </w:r>
    </w:p>
    <w:p>
      <w:r>
        <w:rPr>
          <w:i/>
          <w:color w:val="64748B"/>
        </w:rPr>
        <w:t>[Direct (5 names), indirect, and emerging competitors. One-line positioning each.]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Competitive advantage</w:t>
      </w:r>
    </w:p>
    <w:p>
      <w:r>
        <w:rPr>
          <w:i/>
          <w:color w:val="64748B"/>
        </w:rPr>
        <w:t>[Your unfair advantage: tech, distribution, data, brand, network effects, IP, or speed.]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4. Organization &amp; Management</w:t>
      </w:r>
    </w:p>
    <w:p>
      <w:r>
        <w:rPr>
          <w:i/>
          <w:color w:val="64748B"/>
        </w:rPr>
        <w:t>Who's running the business and why they're the right people.</w:t>
      </w:r>
    </w:p>
    <w:p>
      <w:pPr>
        <w:spacing w:before="160" w:after="40"/>
      </w:pPr>
      <w:r>
        <w:rPr>
          <w:b/>
          <w:color w:val="0F172A"/>
          <w:sz w:val="22"/>
        </w:rPr>
        <w:t>Org chart</w:t>
      </w:r>
    </w:p>
    <w:p>
      <w:r>
        <w:rPr>
          <w:i/>
          <w:color w:val="64748B"/>
        </w:rPr>
        <w:t>[Roles today + roles to hire in next 12 months.]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Founder bios</w:t>
      </w:r>
    </w:p>
    <w:p>
      <w:r>
        <w:rPr>
          <w:i/>
          <w:color w:val="64748B"/>
        </w:rPr>
        <w:t>[2-3 sentences each. Relevant experience and unfair advantages.]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Advisors &amp; board</w:t>
      </w:r>
    </w:p>
    <w:p>
      <w:r>
        <w:rPr>
          <w:i/>
          <w:color w:val="64748B"/>
        </w:rPr>
        <w:t>[Names, expertise, what they unlock.]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Gaps &amp; hiring plan</w:t>
      </w:r>
    </w:p>
    <w:p>
      <w:r>
        <w:rPr>
          <w:i/>
          <w:color w:val="64748B"/>
        </w:rPr>
        <w:t>[Critical roles still missing + when you'll hire.]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5. Product or Service Line</w:t>
      </w:r>
    </w:p>
    <w:p>
      <w:r>
        <w:rPr>
          <w:i/>
          <w:color w:val="64748B"/>
        </w:rPr>
        <w:t>What you sell, how it's made/delivered, and what's protected.</w:t>
      </w:r>
    </w:p>
    <w:p>
      <w:pPr>
        <w:spacing w:before="160" w:after="40"/>
      </w:pPr>
      <w:r>
        <w:rPr>
          <w:b/>
          <w:color w:val="0F172A"/>
          <w:sz w:val="22"/>
        </w:rPr>
        <w:t>Product/service description</w:t>
      </w:r>
    </w:p>
    <w:p>
      <w:r>
        <w:rPr>
          <w:i/>
          <w:color w:val="64748B"/>
        </w:rPr>
        <w:t>[What it is, what it does, what it doesn't do.]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Lifecycle stage</w:t>
      </w:r>
    </w:p>
    <w:p>
      <w:r>
        <w:rPr>
          <w:i/>
          <w:color w:val="64748B"/>
        </w:rPr>
        <w:t>[Concept, prototype, MVP, beta, general availability, mature.]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Intellectual property</w:t>
      </w:r>
    </w:p>
    <w:p>
      <w:r>
        <w:rPr>
          <w:i/>
          <w:color w:val="64748B"/>
        </w:rPr>
        <w:t>[Patents, trademarks, trade secrets, proprietary data, exclusive partnerships.]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Roadmap (12-24 months)</w:t>
      </w:r>
    </w:p>
    <w:p>
      <w:r>
        <w:rPr>
          <w:i/>
          <w:color w:val="64748B"/>
        </w:rPr>
        <w:t>[Quarterly major releases or service expansions.]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Suppliers &amp; operations</w:t>
      </w:r>
    </w:p>
    <w:p>
      <w:r>
        <w:rPr>
          <w:i/>
          <w:color w:val="64748B"/>
        </w:rPr>
        <w:t>[Key vendors, fulfillment model, dependencies, risks.]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6. Marketing &amp; Sales Strategy</w:t>
      </w:r>
    </w:p>
    <w:p>
      <w:r>
        <w:rPr>
          <w:i/>
          <w:color w:val="64748B"/>
        </w:rPr>
        <w:t>How you acquire, convert, and retain customers — with numbers.</w:t>
      </w:r>
    </w:p>
    <w:p>
      <w:pPr>
        <w:spacing w:before="160" w:after="40"/>
      </w:pPr>
      <w:r>
        <w:rPr>
          <w:b/>
          <w:color w:val="0F172A"/>
          <w:sz w:val="22"/>
        </w:rPr>
        <w:t>Positioning</w:t>
      </w:r>
    </w:p>
    <w:p>
      <w:r>
        <w:rPr>
          <w:i/>
          <w:color w:val="64748B"/>
        </w:rPr>
        <w:t>[One-sentence positioning statement: 'For [ICP], who [need], we are [category] that [unique benefit] because [reason].']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Pricing strategy</w:t>
      </w:r>
    </w:p>
    <w:p>
      <w:r>
        <w:rPr>
          <w:i/>
          <w:color w:val="64748B"/>
        </w:rPr>
        <w:t>[Tiers, model (subscription / one-time / usage / freemium), price anchors, discount policy.]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Acquisition channels</w:t>
      </w:r>
    </w:p>
    <w:p>
      <w:r>
        <w:rPr>
          <w:i/>
          <w:color w:val="64748B"/>
        </w:rPr>
        <w:t>[Top 3-5 with expected CAC, conversion rate, payback period.]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Sales process</w:t>
      </w:r>
    </w:p>
    <w:p>
      <w:r>
        <w:rPr>
          <w:i/>
          <w:color w:val="64748B"/>
        </w:rPr>
        <w:t>[Stages from lead → close. Average sales cycle. Tools used.]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Retention &amp; expansion</w:t>
      </w:r>
    </w:p>
    <w:p>
      <w:r>
        <w:rPr>
          <w:i/>
          <w:color w:val="64748B"/>
        </w:rPr>
        <w:t>[Onboarding, customer success motion, upsell / cross-sell paths.]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7. Funding Request</w:t>
      </w:r>
    </w:p>
    <w:p>
      <w:r>
        <w:rPr>
          <w:i/>
          <w:color w:val="64748B"/>
        </w:rPr>
        <w:t>If raising capital: how much, what it buys, and what investors get.</w:t>
      </w:r>
    </w:p>
    <w:p>
      <w:pPr>
        <w:spacing w:before="160" w:after="40"/>
      </w:pPr>
      <w:r>
        <w:rPr>
          <w:b/>
          <w:color w:val="0F172A"/>
          <w:sz w:val="22"/>
        </w:rPr>
        <w:t>Amount requested</w:t>
      </w:r>
    </w:p>
    <w:p>
      <w:r>
        <w:rPr>
          <w:i/>
          <w:color w:val="64748B"/>
        </w:rPr>
        <w:t>[Total ask + tranches (if applicable).]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Use of funds</w:t>
      </w:r>
    </w:p>
    <w:p>
      <w:r>
        <w:rPr>
          <w:i/>
          <w:color w:val="64748B"/>
        </w:rPr>
        <w:t>[% allocation across product, hiring, marketing, operations, runway.]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Runway</w:t>
      </w:r>
    </w:p>
    <w:p>
      <w:r>
        <w:rPr>
          <w:i/>
          <w:color w:val="64748B"/>
        </w:rPr>
        <w:t>[Months of operation the funding provides at planned burn rate.]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Future funding needs</w:t>
      </w:r>
    </w:p>
    <w:p>
      <w:r>
        <w:rPr>
          <w:i/>
          <w:color w:val="64748B"/>
        </w:rPr>
        <w:t>[Next round size, timing, expected milestones reached.]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Exit strategy</w:t>
      </w:r>
    </w:p>
    <w:p>
      <w:r>
        <w:rPr>
          <w:i/>
          <w:color w:val="64748B"/>
        </w:rPr>
        <w:t>[Acquisition targets, IPO horizon, or cash-flow business — be honest.]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8. Financial Projections</w:t>
      </w:r>
    </w:p>
    <w:p>
      <w:r>
        <w:rPr>
          <w:i/>
          <w:color w:val="64748B"/>
        </w:rPr>
        <w:t>Three-year forward projections with stated assumptions.</w:t>
      </w:r>
    </w:p>
    <w:p>
      <w:pPr>
        <w:spacing w:before="160" w:after="40"/>
      </w:pPr>
      <w:r>
        <w:rPr>
          <w:b/>
          <w:color w:val="0F172A"/>
          <w:sz w:val="22"/>
        </w:rPr>
        <w:t>Revenue forecast (Y1–Y3)</w:t>
      </w:r>
    </w:p>
    <w:p>
      <w:r>
        <w:rPr>
          <w:i/>
          <w:color w:val="64748B"/>
        </w:rPr>
        <w:t>[Monthly for Y1, quarterly for Y2-Y3. Bottom-up: units × price.]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Cost structure</w:t>
      </w:r>
    </w:p>
    <w:p>
      <w:r>
        <w:rPr>
          <w:i/>
          <w:color w:val="64748B"/>
        </w:rPr>
        <w:t>[Fixed (rent, salaries, software) and variable (COGS, paid acquisition).]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Gross &amp; operating margin</w:t>
      </w:r>
    </w:p>
    <w:p>
      <w:r>
        <w:rPr>
          <w:i/>
          <w:color w:val="64748B"/>
        </w:rPr>
        <w:t>[Show trajectory and benchmark vs. industry norms.]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Cash flow &amp; burn</w:t>
      </w:r>
    </w:p>
    <w:p>
      <w:r>
        <w:rPr>
          <w:i/>
          <w:color w:val="64748B"/>
        </w:rPr>
        <w:t>[Monthly burn, runway, cash-out date if no revenue/funding change.]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Key assumptions</w:t>
      </w:r>
    </w:p>
    <w:p>
      <w:r>
        <w:rPr>
          <w:i/>
          <w:color w:val="64748B"/>
        </w:rPr>
        <w:t>[List the 5-10 assumptions your forecast depends on. Cite sources.]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Break-even analysis</w:t>
      </w:r>
    </w:p>
    <w:p>
      <w:r>
        <w:rPr>
          <w:i/>
          <w:color w:val="64748B"/>
        </w:rPr>
        <w:t>[Units / MRR / months required to reach break-even.]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9. Appendix</w:t>
      </w:r>
    </w:p>
    <w:p>
      <w:r>
        <w:rPr>
          <w:i/>
          <w:color w:val="64748B"/>
        </w:rPr>
        <w:t>Supporting evidence and detailed materials.</w:t>
      </w:r>
    </w:p>
    <w:p>
      <w:pPr>
        <w:spacing w:before="160" w:after="40"/>
      </w:pPr>
      <w:r>
        <w:rPr>
          <w:b/>
          <w:color w:val="0F172A"/>
          <w:sz w:val="22"/>
        </w:rPr>
        <w:t>Resumes &amp; references</w:t>
      </w:r>
    </w:p>
    <w:p>
      <w:r>
        <w:rPr>
          <w:i/>
          <w:color w:val="64748B"/>
        </w:rPr>
        <w:t>[Full founder/team CVs.]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Customer letters &amp; case studies</w:t>
      </w:r>
    </w:p>
    <w:p>
      <w:r>
        <w:rPr>
          <w:i/>
          <w:color w:val="64748B"/>
        </w:rPr>
        <w:t>[Proof of demand. Letters of intent, signed contracts, pilots.]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Detailed financials</w:t>
      </w:r>
    </w:p>
    <w:p>
      <w:r>
        <w:rPr>
          <w:i/>
          <w:color w:val="64748B"/>
        </w:rPr>
        <w:t>[Full P&amp;L, balance sheet, cash flow statement.]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Market research</w:t>
      </w:r>
    </w:p>
    <w:p>
      <w:r>
        <w:rPr>
          <w:i/>
          <w:color w:val="64748B"/>
        </w:rPr>
        <w:t>[Survey data, interview notes, third-party reports.]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Legal &amp; permits</w:t>
      </w:r>
    </w:p>
    <w:p>
      <w:r>
        <w:rPr>
          <w:i/>
          <w:color w:val="64748B"/>
        </w:rPr>
        <w:t>[Incorporation docs, key contracts, licenses, IP filings.]</w:t>
      </w:r>
    </w:p>
    <w:p/>
    <w:p/>
    <w:p/>
    <w:p>
      <w:r>
        <w:br w:type="page"/>
      </w:r>
    </w:p>
    <w:sectPr w:rsidR="00FC693F" w:rsidRPr="0006063C" w:rsidSect="0003461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Free business plan template · ideaproof.io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